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RATEGIC PROCUREMEN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RATEGIC PROCUREMEN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