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STRATEGIC PROCUREMENT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STRATEGIC PROCUREMENT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S03200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