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COLLABORATIVE DEMAND &amp; SUPPLY PLANNING REFERENT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COLLABORATIVE DEMAND &amp; SUPPLY PLANNING REFERENT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S02900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