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MAGASINIER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MAGASINIER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