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PEDIDOS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PEDIDOS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