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S TRANSPORTS ET DOUAN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S TRANSPORTS ET DOUAN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