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ALMACÉ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ALMACÉ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