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REHOUSE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REHOUSE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