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PLY ACTIVIT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PLY ACTIVIT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