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D'ACTIVITE 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D'ACTIVITE 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