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TRANSPORTS ET DOUANES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TRANSPORTS ET DOUANES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