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WAREHOUSE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WAREHOUSE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