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SUPPLY CHAI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SUPPLY CHAI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