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Programme Function Job Description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COUNTRY SUPPLY CHAIN MANAGER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Function title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COUNTRY SUPPLY CHAIN MANAGER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PFG code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S00500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GGF Level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15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