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CHAIN TEAM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CHAIN TEAM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