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ADJOINT RESP. DE DE L'APPROVISIONNEME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ADJOINT RESP. DE DE L'APPROVISIONNEME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