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 DE L'APPROVISIONNEMENT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 DE L'APPROVISIONNEMENT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