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Descripción de la función de programa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COORDINADOR DE LA CADENA DE APROVISIONAMIENTO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Título de la función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COORDINADOR DE LA CADENA DE APROVISIONAMIENTO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Código PFG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S00100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Nivel GGF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18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