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PLY CHAIN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PLY CHAIN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