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SECURITY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SECURITY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P05500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