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SECURITY OFFICER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SECURITY OFFICER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P05500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