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OFFICER PROJECT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OFFICER PROJECT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