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MISSION TRANSI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MISSION TRANSI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