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CENTE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CENTE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