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ING CENTER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ING CENTER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