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NERAL DIRE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NERAL DIRE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