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RELATIONS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RELATIONS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