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Programme Function Job Description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PROTECTION SUPERVISOR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Function title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PROTECTION SUPERVISOR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PFG code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P03800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GGF Level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12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