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PARTNER NGO LIAISON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PARTNER NGO LIAISON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