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COORDINATO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COORDINATO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