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/E À LA DIRECTION DES PROGRAMM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/E À LA DIRECTION DES PROGRAMM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