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RD MANAGE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RD MANAGE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