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OFFIC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OFFIC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