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TOCOL OFFICE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TOCOL OFFICE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