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PROGRAMMES SUPPORT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PROGRAMMES SUPPORT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P01700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