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HUMANITARIAN AFFAIRS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HUMANITARIAN AFFAIRS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