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HEAD OF PROTOCOL OFFICE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HEAD OF PROTOCOL OFFICE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P01100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