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PROTOCOL OFFICE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PROTOCOL OFFICE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P01100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