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DE PROJE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DE PROJE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