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COORDINADOR DEPARTAMENTOS  DE SOPORTE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COORDINADOR DEPARTAMENTOS  DE SOPORTE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