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ONATION AND NETWORK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ONATION AND NETWORK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