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REGIONAL LABORATORY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REGIONAL LABORATORY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M20800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