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ADIOGRAP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ADIOGRAP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