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DE MESURE POIDS/ TAILLE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DE MESURE POIDS/ TAILLE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