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RANCARD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RANCARD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