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CAMILLERO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CAMILLERO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M18800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7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