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IPC ASSISTANT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IPC ASSISTANT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M18700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