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ASSISTANT PHARMACIE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ASSISTANT PHARMACIE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M18300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