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ÉPOSÉ AUX PATIE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ÉPOSÉ AUX PATIEN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