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CAMILLEROS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CAMILLEROS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